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623E2B" w14:textId="77777777" w:rsidR="00C8683B" w:rsidRDefault="00000000" w:rsidP="00245905">
      <w:pPr>
        <w:spacing w:after="0" w:line="360" w:lineRule="auto"/>
        <w:jc w:val="center"/>
      </w:pPr>
      <w:r>
        <w:rPr>
          <w:b/>
          <w:sz w:val="28"/>
        </w:rPr>
        <w:t>SURAT PERNYATAAN PESERTA</w:t>
      </w:r>
    </w:p>
    <w:p w14:paraId="1EF7BFA1" w14:textId="77777777" w:rsidR="00C8683B" w:rsidRDefault="00000000" w:rsidP="00245905">
      <w:pPr>
        <w:spacing w:after="0" w:line="360" w:lineRule="auto"/>
        <w:jc w:val="center"/>
        <w:rPr>
          <w:b/>
        </w:rPr>
      </w:pPr>
      <w:r>
        <w:rPr>
          <w:b/>
        </w:rPr>
        <w:t>Lomba Debat Ilmiah Ekonomi Nasional 2026 (DECODE)</w:t>
      </w:r>
    </w:p>
    <w:p w14:paraId="3097F8C5" w14:textId="77777777" w:rsidR="00245905" w:rsidRDefault="00245905" w:rsidP="00245905">
      <w:pPr>
        <w:spacing w:after="0" w:line="360" w:lineRule="auto"/>
        <w:jc w:val="center"/>
      </w:pPr>
    </w:p>
    <w:p w14:paraId="2B9FAE8C" w14:textId="446105FB" w:rsidR="00C8683B" w:rsidRDefault="00245905" w:rsidP="00245905">
      <w:pPr>
        <w:spacing w:after="0" w:line="360" w:lineRule="auto"/>
      </w:pPr>
      <w:r>
        <w:t xml:space="preserve">Yang </w:t>
      </w:r>
      <w:proofErr w:type="spellStart"/>
      <w:r>
        <w:t>bertanda</w:t>
      </w:r>
      <w:proofErr w:type="spellEnd"/>
      <w:r>
        <w:t xml:space="preserve"> </w:t>
      </w:r>
      <w:proofErr w:type="spellStart"/>
      <w:r>
        <w:t>tangan</w:t>
      </w:r>
      <w:proofErr w:type="spellEnd"/>
      <w:r>
        <w:t xml:space="preserve"> di </w:t>
      </w:r>
      <w:proofErr w:type="spellStart"/>
      <w:r>
        <w:t>bawah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, </w:t>
      </w:r>
      <w:proofErr w:type="spellStart"/>
      <w:r>
        <w:t>atas</w:t>
      </w:r>
      <w:proofErr w:type="spellEnd"/>
      <w:r>
        <w:t xml:space="preserve"> nama </w:t>
      </w:r>
      <w:proofErr w:type="spellStart"/>
      <w:r>
        <w:t>tim</w:t>
      </w:r>
      <w:proofErr w:type="spellEnd"/>
      <w:r>
        <w:t xml:space="preserve"> </w:t>
      </w:r>
      <w:proofErr w:type="spellStart"/>
      <w:r>
        <w:t>peserta</w:t>
      </w:r>
      <w:proofErr w:type="spellEnd"/>
      <w:r>
        <w:t>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4"/>
        <w:gridCol w:w="275"/>
        <w:gridCol w:w="7543"/>
      </w:tblGrid>
      <w:tr w:rsidR="00245905" w14:paraId="094E2422" w14:textId="77777777" w:rsidTr="00245905">
        <w:tc>
          <w:tcPr>
            <w:tcW w:w="1804" w:type="dxa"/>
          </w:tcPr>
          <w:p w14:paraId="048D14D6" w14:textId="5402DFF1" w:rsidR="00245905" w:rsidRPr="00245905" w:rsidRDefault="00245905" w:rsidP="00245905">
            <w:pPr>
              <w:spacing w:line="360" w:lineRule="auto"/>
              <w:rPr>
                <w:b/>
                <w:bCs/>
              </w:rPr>
            </w:pPr>
            <w:r w:rsidRPr="00245905">
              <w:rPr>
                <w:b/>
                <w:bCs/>
              </w:rPr>
              <w:t>Data Tim</w:t>
            </w:r>
          </w:p>
        </w:tc>
        <w:tc>
          <w:tcPr>
            <w:tcW w:w="275" w:type="dxa"/>
          </w:tcPr>
          <w:p w14:paraId="3365155B" w14:textId="77777777" w:rsidR="00245905" w:rsidRDefault="00245905" w:rsidP="00245905">
            <w:pPr>
              <w:spacing w:line="360" w:lineRule="auto"/>
              <w:jc w:val="center"/>
            </w:pPr>
          </w:p>
        </w:tc>
        <w:tc>
          <w:tcPr>
            <w:tcW w:w="7543" w:type="dxa"/>
          </w:tcPr>
          <w:p w14:paraId="47F12611" w14:textId="77777777" w:rsidR="00245905" w:rsidRDefault="00245905" w:rsidP="00245905">
            <w:pPr>
              <w:spacing w:line="360" w:lineRule="auto"/>
            </w:pPr>
          </w:p>
        </w:tc>
      </w:tr>
      <w:tr w:rsidR="00245905" w14:paraId="156807BD" w14:textId="77777777" w:rsidTr="00245905">
        <w:tc>
          <w:tcPr>
            <w:tcW w:w="1804" w:type="dxa"/>
          </w:tcPr>
          <w:p w14:paraId="15CCEA8C" w14:textId="2ABFE1C3" w:rsidR="00245905" w:rsidRDefault="00245905" w:rsidP="00245905">
            <w:pPr>
              <w:spacing w:line="360" w:lineRule="auto"/>
            </w:pPr>
            <w:r>
              <w:t>Nama Tim</w:t>
            </w:r>
          </w:p>
        </w:tc>
        <w:tc>
          <w:tcPr>
            <w:tcW w:w="275" w:type="dxa"/>
          </w:tcPr>
          <w:p w14:paraId="714EA731" w14:textId="2C0D85A7" w:rsidR="00245905" w:rsidRDefault="00245905" w:rsidP="00245905">
            <w:pPr>
              <w:spacing w:line="360" w:lineRule="auto"/>
              <w:jc w:val="center"/>
            </w:pPr>
            <w:r>
              <w:t>:</w:t>
            </w:r>
          </w:p>
        </w:tc>
        <w:tc>
          <w:tcPr>
            <w:tcW w:w="7543" w:type="dxa"/>
          </w:tcPr>
          <w:p w14:paraId="7170F4B0" w14:textId="0CE39F21" w:rsidR="00245905" w:rsidRDefault="00245905" w:rsidP="00245905">
            <w:pPr>
              <w:spacing w:line="360" w:lineRule="auto"/>
            </w:pPr>
            <w:r>
              <w:t>……………………………………………………..</w:t>
            </w:r>
          </w:p>
        </w:tc>
      </w:tr>
      <w:tr w:rsidR="00245905" w14:paraId="2BDEDE01" w14:textId="77777777" w:rsidTr="00245905">
        <w:tc>
          <w:tcPr>
            <w:tcW w:w="1804" w:type="dxa"/>
          </w:tcPr>
          <w:p w14:paraId="52FDA49E" w14:textId="7A0DFF7B" w:rsidR="00245905" w:rsidRDefault="00245905" w:rsidP="00245905">
            <w:pPr>
              <w:spacing w:line="360" w:lineRule="auto"/>
            </w:pPr>
            <w:r>
              <w:t>Asal Universitas</w:t>
            </w:r>
          </w:p>
        </w:tc>
        <w:tc>
          <w:tcPr>
            <w:tcW w:w="275" w:type="dxa"/>
          </w:tcPr>
          <w:p w14:paraId="67A11BC3" w14:textId="531F5DFD" w:rsidR="00245905" w:rsidRDefault="00245905" w:rsidP="00245905">
            <w:pPr>
              <w:spacing w:line="360" w:lineRule="auto"/>
              <w:jc w:val="center"/>
            </w:pPr>
            <w:r>
              <w:t>:</w:t>
            </w:r>
          </w:p>
        </w:tc>
        <w:tc>
          <w:tcPr>
            <w:tcW w:w="7543" w:type="dxa"/>
          </w:tcPr>
          <w:p w14:paraId="2AB2E3EE" w14:textId="5D98D273" w:rsidR="00245905" w:rsidRDefault="00245905" w:rsidP="00245905">
            <w:pPr>
              <w:spacing w:line="360" w:lineRule="auto"/>
            </w:pPr>
            <w:r>
              <w:t>……………………………………………………..</w:t>
            </w:r>
          </w:p>
        </w:tc>
      </w:tr>
    </w:tbl>
    <w:p w14:paraId="2C246E09" w14:textId="77777777" w:rsidR="00245905" w:rsidRDefault="00245905" w:rsidP="00245905">
      <w:pPr>
        <w:spacing w:after="0" w:line="360" w:lineRule="auto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4"/>
        <w:gridCol w:w="275"/>
        <w:gridCol w:w="7543"/>
      </w:tblGrid>
      <w:tr w:rsidR="00245905" w14:paraId="1FE11AC0" w14:textId="77777777" w:rsidTr="00245905">
        <w:tc>
          <w:tcPr>
            <w:tcW w:w="1804" w:type="dxa"/>
          </w:tcPr>
          <w:p w14:paraId="2C3CEE81" w14:textId="692DBD2D" w:rsidR="00245905" w:rsidRPr="00245905" w:rsidRDefault="00245905" w:rsidP="00AB024A">
            <w:pPr>
              <w:spacing w:line="360" w:lineRule="auto"/>
              <w:rPr>
                <w:b/>
                <w:bCs/>
              </w:rPr>
            </w:pPr>
            <w:proofErr w:type="spellStart"/>
            <w:r w:rsidRPr="00245905">
              <w:rPr>
                <w:b/>
                <w:bCs/>
              </w:rPr>
              <w:t>Pembicara</w:t>
            </w:r>
            <w:proofErr w:type="spellEnd"/>
            <w:r w:rsidRPr="00245905">
              <w:rPr>
                <w:b/>
                <w:bCs/>
              </w:rPr>
              <w:t xml:space="preserve"> 1</w:t>
            </w:r>
          </w:p>
        </w:tc>
        <w:tc>
          <w:tcPr>
            <w:tcW w:w="275" w:type="dxa"/>
          </w:tcPr>
          <w:p w14:paraId="3896836F" w14:textId="77777777" w:rsidR="00245905" w:rsidRDefault="00245905" w:rsidP="00AB024A">
            <w:pPr>
              <w:spacing w:line="360" w:lineRule="auto"/>
              <w:jc w:val="center"/>
            </w:pPr>
          </w:p>
        </w:tc>
        <w:tc>
          <w:tcPr>
            <w:tcW w:w="7543" w:type="dxa"/>
          </w:tcPr>
          <w:p w14:paraId="013D187D" w14:textId="77777777" w:rsidR="00245905" w:rsidRDefault="00245905" w:rsidP="00AB024A">
            <w:pPr>
              <w:spacing w:line="360" w:lineRule="auto"/>
            </w:pPr>
          </w:p>
        </w:tc>
      </w:tr>
      <w:tr w:rsidR="00245905" w14:paraId="411A9780" w14:textId="77777777" w:rsidTr="00245905">
        <w:tc>
          <w:tcPr>
            <w:tcW w:w="1804" w:type="dxa"/>
          </w:tcPr>
          <w:p w14:paraId="19CBF917" w14:textId="64FD66BB" w:rsidR="00245905" w:rsidRDefault="00245905" w:rsidP="00AB024A">
            <w:pPr>
              <w:spacing w:line="360" w:lineRule="auto"/>
            </w:pPr>
            <w:r>
              <w:t xml:space="preserve">Nama </w:t>
            </w:r>
            <w:proofErr w:type="spellStart"/>
            <w:r>
              <w:t>Lengkap</w:t>
            </w:r>
            <w:proofErr w:type="spellEnd"/>
          </w:p>
        </w:tc>
        <w:tc>
          <w:tcPr>
            <w:tcW w:w="275" w:type="dxa"/>
          </w:tcPr>
          <w:p w14:paraId="411FB552" w14:textId="77777777" w:rsidR="00245905" w:rsidRDefault="00245905" w:rsidP="00AB024A">
            <w:pPr>
              <w:spacing w:line="360" w:lineRule="auto"/>
              <w:jc w:val="center"/>
            </w:pPr>
            <w:r>
              <w:t>:</w:t>
            </w:r>
          </w:p>
        </w:tc>
        <w:tc>
          <w:tcPr>
            <w:tcW w:w="7543" w:type="dxa"/>
          </w:tcPr>
          <w:p w14:paraId="787BD155" w14:textId="4ACE6D41" w:rsidR="00245905" w:rsidRDefault="00245905" w:rsidP="00AB024A">
            <w:pPr>
              <w:spacing w:line="360" w:lineRule="auto"/>
            </w:pPr>
            <w:r>
              <w:t>……………………………………………………..</w:t>
            </w:r>
          </w:p>
        </w:tc>
      </w:tr>
      <w:tr w:rsidR="00245905" w14:paraId="5E234988" w14:textId="77777777" w:rsidTr="00245905">
        <w:tc>
          <w:tcPr>
            <w:tcW w:w="1804" w:type="dxa"/>
          </w:tcPr>
          <w:p w14:paraId="3432D973" w14:textId="26905FE1" w:rsidR="00245905" w:rsidRDefault="00245905" w:rsidP="00AB024A">
            <w:pPr>
              <w:spacing w:line="360" w:lineRule="auto"/>
            </w:pPr>
            <w:r>
              <w:t>NIM</w:t>
            </w:r>
          </w:p>
        </w:tc>
        <w:tc>
          <w:tcPr>
            <w:tcW w:w="275" w:type="dxa"/>
          </w:tcPr>
          <w:p w14:paraId="1DCCE35A" w14:textId="77777777" w:rsidR="00245905" w:rsidRDefault="00245905" w:rsidP="00AB024A">
            <w:pPr>
              <w:spacing w:line="360" w:lineRule="auto"/>
              <w:jc w:val="center"/>
            </w:pPr>
            <w:r>
              <w:t>:</w:t>
            </w:r>
          </w:p>
        </w:tc>
        <w:tc>
          <w:tcPr>
            <w:tcW w:w="7543" w:type="dxa"/>
          </w:tcPr>
          <w:p w14:paraId="583AAD9D" w14:textId="6C422A88" w:rsidR="00245905" w:rsidRDefault="00245905" w:rsidP="00AB024A">
            <w:pPr>
              <w:spacing w:line="360" w:lineRule="auto"/>
            </w:pPr>
            <w:r>
              <w:t>……………………………………………………..</w:t>
            </w:r>
          </w:p>
        </w:tc>
      </w:tr>
      <w:tr w:rsidR="00245905" w14:paraId="54702F83" w14:textId="77777777" w:rsidTr="00245905">
        <w:tc>
          <w:tcPr>
            <w:tcW w:w="1804" w:type="dxa"/>
          </w:tcPr>
          <w:p w14:paraId="5A6D1ECD" w14:textId="4534D29A" w:rsidR="00245905" w:rsidRDefault="00245905" w:rsidP="00AB024A">
            <w:pPr>
              <w:spacing w:line="360" w:lineRule="auto"/>
            </w:pPr>
            <w:r>
              <w:t>No. Telp/Hp</w:t>
            </w:r>
          </w:p>
        </w:tc>
        <w:tc>
          <w:tcPr>
            <w:tcW w:w="275" w:type="dxa"/>
          </w:tcPr>
          <w:p w14:paraId="27439696" w14:textId="1B576420" w:rsidR="00245905" w:rsidRDefault="00245905" w:rsidP="00AB024A">
            <w:pPr>
              <w:spacing w:line="360" w:lineRule="auto"/>
              <w:jc w:val="center"/>
            </w:pPr>
            <w:r>
              <w:t>:</w:t>
            </w:r>
          </w:p>
        </w:tc>
        <w:tc>
          <w:tcPr>
            <w:tcW w:w="7543" w:type="dxa"/>
          </w:tcPr>
          <w:p w14:paraId="66F4B27C" w14:textId="41668E08" w:rsidR="00245905" w:rsidRDefault="00245905" w:rsidP="00AB024A">
            <w:pPr>
              <w:spacing w:line="360" w:lineRule="auto"/>
            </w:pPr>
            <w:r>
              <w:t>……………………………………………………..</w:t>
            </w:r>
          </w:p>
        </w:tc>
      </w:tr>
      <w:tr w:rsidR="00245905" w14:paraId="517CE667" w14:textId="77777777" w:rsidTr="00245905">
        <w:tc>
          <w:tcPr>
            <w:tcW w:w="1804" w:type="dxa"/>
          </w:tcPr>
          <w:p w14:paraId="6EDBA714" w14:textId="43B53FA5" w:rsidR="00245905" w:rsidRDefault="00245905" w:rsidP="00AB024A">
            <w:pPr>
              <w:spacing w:line="360" w:lineRule="auto"/>
            </w:pPr>
            <w:r>
              <w:t>Email</w:t>
            </w:r>
          </w:p>
        </w:tc>
        <w:tc>
          <w:tcPr>
            <w:tcW w:w="275" w:type="dxa"/>
          </w:tcPr>
          <w:p w14:paraId="7BA59915" w14:textId="02A8E889" w:rsidR="00245905" w:rsidRDefault="00245905" w:rsidP="00AB024A">
            <w:pPr>
              <w:spacing w:line="360" w:lineRule="auto"/>
              <w:jc w:val="center"/>
            </w:pPr>
            <w:r>
              <w:t>:</w:t>
            </w:r>
          </w:p>
        </w:tc>
        <w:tc>
          <w:tcPr>
            <w:tcW w:w="7543" w:type="dxa"/>
          </w:tcPr>
          <w:p w14:paraId="1AEEAD59" w14:textId="16638EAB" w:rsidR="00245905" w:rsidRDefault="00245905" w:rsidP="00AB024A">
            <w:pPr>
              <w:spacing w:line="360" w:lineRule="auto"/>
            </w:pPr>
            <w:r>
              <w:t>……………………………………………………..</w:t>
            </w:r>
          </w:p>
        </w:tc>
      </w:tr>
    </w:tbl>
    <w:p w14:paraId="38623FF8" w14:textId="77777777" w:rsidR="00245905" w:rsidRDefault="00245905" w:rsidP="00245905">
      <w:pPr>
        <w:spacing w:after="0" w:line="360" w:lineRule="auto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4"/>
        <w:gridCol w:w="275"/>
        <w:gridCol w:w="7543"/>
      </w:tblGrid>
      <w:tr w:rsidR="00245905" w14:paraId="4FAD4FC1" w14:textId="77777777" w:rsidTr="00245905">
        <w:tc>
          <w:tcPr>
            <w:tcW w:w="1804" w:type="dxa"/>
          </w:tcPr>
          <w:p w14:paraId="74BD0AE6" w14:textId="497719E1" w:rsidR="00245905" w:rsidRPr="00245905" w:rsidRDefault="00245905" w:rsidP="00AB024A">
            <w:pPr>
              <w:spacing w:line="360" w:lineRule="auto"/>
              <w:rPr>
                <w:b/>
                <w:bCs/>
              </w:rPr>
            </w:pPr>
            <w:proofErr w:type="spellStart"/>
            <w:r w:rsidRPr="00245905">
              <w:rPr>
                <w:b/>
                <w:bCs/>
              </w:rPr>
              <w:t>Pembicara</w:t>
            </w:r>
            <w:proofErr w:type="spellEnd"/>
            <w:r w:rsidRPr="00245905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2</w:t>
            </w:r>
          </w:p>
        </w:tc>
        <w:tc>
          <w:tcPr>
            <w:tcW w:w="275" w:type="dxa"/>
          </w:tcPr>
          <w:p w14:paraId="13581F74" w14:textId="77777777" w:rsidR="00245905" w:rsidRDefault="00245905" w:rsidP="00AB024A">
            <w:pPr>
              <w:spacing w:line="360" w:lineRule="auto"/>
              <w:jc w:val="center"/>
            </w:pPr>
          </w:p>
        </w:tc>
        <w:tc>
          <w:tcPr>
            <w:tcW w:w="7543" w:type="dxa"/>
          </w:tcPr>
          <w:p w14:paraId="36BB6F65" w14:textId="77777777" w:rsidR="00245905" w:rsidRDefault="00245905" w:rsidP="00AB024A">
            <w:pPr>
              <w:spacing w:line="360" w:lineRule="auto"/>
            </w:pPr>
          </w:p>
        </w:tc>
      </w:tr>
      <w:tr w:rsidR="00245905" w14:paraId="70B47AD5" w14:textId="77777777" w:rsidTr="00245905">
        <w:tc>
          <w:tcPr>
            <w:tcW w:w="1804" w:type="dxa"/>
          </w:tcPr>
          <w:p w14:paraId="46D985B1" w14:textId="77777777" w:rsidR="00245905" w:rsidRDefault="00245905" w:rsidP="00AB024A">
            <w:pPr>
              <w:spacing w:line="360" w:lineRule="auto"/>
            </w:pPr>
            <w:r>
              <w:t xml:space="preserve">Nama </w:t>
            </w:r>
            <w:proofErr w:type="spellStart"/>
            <w:r>
              <w:t>Lengkap</w:t>
            </w:r>
            <w:proofErr w:type="spellEnd"/>
          </w:p>
        </w:tc>
        <w:tc>
          <w:tcPr>
            <w:tcW w:w="275" w:type="dxa"/>
          </w:tcPr>
          <w:p w14:paraId="21EAA454" w14:textId="77777777" w:rsidR="00245905" w:rsidRDefault="00245905" w:rsidP="00AB024A">
            <w:pPr>
              <w:spacing w:line="360" w:lineRule="auto"/>
              <w:jc w:val="center"/>
            </w:pPr>
            <w:r>
              <w:t>:</w:t>
            </w:r>
          </w:p>
        </w:tc>
        <w:tc>
          <w:tcPr>
            <w:tcW w:w="7543" w:type="dxa"/>
          </w:tcPr>
          <w:p w14:paraId="41AEF9DD" w14:textId="0464EDB9" w:rsidR="00245905" w:rsidRDefault="00245905" w:rsidP="00AB024A">
            <w:pPr>
              <w:spacing w:line="360" w:lineRule="auto"/>
            </w:pPr>
            <w:r>
              <w:t>……………………………………………………..</w:t>
            </w:r>
          </w:p>
        </w:tc>
      </w:tr>
      <w:tr w:rsidR="00245905" w14:paraId="1AC9A43E" w14:textId="77777777" w:rsidTr="00245905">
        <w:tc>
          <w:tcPr>
            <w:tcW w:w="1804" w:type="dxa"/>
          </w:tcPr>
          <w:p w14:paraId="56D93EA1" w14:textId="77777777" w:rsidR="00245905" w:rsidRDefault="00245905" w:rsidP="00AB024A">
            <w:pPr>
              <w:spacing w:line="360" w:lineRule="auto"/>
            </w:pPr>
            <w:r>
              <w:t>NIM</w:t>
            </w:r>
          </w:p>
        </w:tc>
        <w:tc>
          <w:tcPr>
            <w:tcW w:w="275" w:type="dxa"/>
          </w:tcPr>
          <w:p w14:paraId="67448D10" w14:textId="77777777" w:rsidR="00245905" w:rsidRDefault="00245905" w:rsidP="00AB024A">
            <w:pPr>
              <w:spacing w:line="360" w:lineRule="auto"/>
              <w:jc w:val="center"/>
            </w:pPr>
            <w:r>
              <w:t>:</w:t>
            </w:r>
          </w:p>
        </w:tc>
        <w:tc>
          <w:tcPr>
            <w:tcW w:w="7543" w:type="dxa"/>
          </w:tcPr>
          <w:p w14:paraId="4BE49234" w14:textId="2F007D24" w:rsidR="00245905" w:rsidRDefault="00245905" w:rsidP="00AB024A">
            <w:pPr>
              <w:spacing w:line="360" w:lineRule="auto"/>
            </w:pPr>
            <w:r>
              <w:t>……………………………………………………..</w:t>
            </w:r>
          </w:p>
        </w:tc>
      </w:tr>
      <w:tr w:rsidR="00245905" w14:paraId="41336AB5" w14:textId="77777777" w:rsidTr="00245905">
        <w:tc>
          <w:tcPr>
            <w:tcW w:w="1804" w:type="dxa"/>
          </w:tcPr>
          <w:p w14:paraId="44AE9FB6" w14:textId="77777777" w:rsidR="00245905" w:rsidRDefault="00245905" w:rsidP="00AB024A">
            <w:pPr>
              <w:spacing w:line="360" w:lineRule="auto"/>
            </w:pPr>
            <w:r>
              <w:t>No. Telp/Hp</w:t>
            </w:r>
          </w:p>
        </w:tc>
        <w:tc>
          <w:tcPr>
            <w:tcW w:w="275" w:type="dxa"/>
          </w:tcPr>
          <w:p w14:paraId="7A31E401" w14:textId="77777777" w:rsidR="00245905" w:rsidRDefault="00245905" w:rsidP="00AB024A">
            <w:pPr>
              <w:spacing w:line="360" w:lineRule="auto"/>
              <w:jc w:val="center"/>
            </w:pPr>
            <w:r>
              <w:t>:</w:t>
            </w:r>
          </w:p>
        </w:tc>
        <w:tc>
          <w:tcPr>
            <w:tcW w:w="7543" w:type="dxa"/>
          </w:tcPr>
          <w:p w14:paraId="6704E0DD" w14:textId="40CDAAFD" w:rsidR="00245905" w:rsidRDefault="00245905" w:rsidP="00AB024A">
            <w:pPr>
              <w:spacing w:line="360" w:lineRule="auto"/>
            </w:pPr>
            <w:r>
              <w:t>……………………………………………………..</w:t>
            </w:r>
          </w:p>
        </w:tc>
      </w:tr>
      <w:tr w:rsidR="00245905" w14:paraId="0387A435" w14:textId="77777777" w:rsidTr="00245905">
        <w:tc>
          <w:tcPr>
            <w:tcW w:w="1804" w:type="dxa"/>
          </w:tcPr>
          <w:p w14:paraId="6C917539" w14:textId="77777777" w:rsidR="00245905" w:rsidRDefault="00245905" w:rsidP="00AB024A">
            <w:pPr>
              <w:spacing w:line="360" w:lineRule="auto"/>
            </w:pPr>
            <w:r>
              <w:t>Email</w:t>
            </w:r>
          </w:p>
        </w:tc>
        <w:tc>
          <w:tcPr>
            <w:tcW w:w="275" w:type="dxa"/>
          </w:tcPr>
          <w:p w14:paraId="234AF2E3" w14:textId="77777777" w:rsidR="00245905" w:rsidRDefault="00245905" w:rsidP="00AB024A">
            <w:pPr>
              <w:spacing w:line="360" w:lineRule="auto"/>
              <w:jc w:val="center"/>
            </w:pPr>
            <w:r>
              <w:t>:</w:t>
            </w:r>
          </w:p>
        </w:tc>
        <w:tc>
          <w:tcPr>
            <w:tcW w:w="7543" w:type="dxa"/>
          </w:tcPr>
          <w:p w14:paraId="0D54A697" w14:textId="2D258EBE" w:rsidR="00245905" w:rsidRDefault="00245905" w:rsidP="00AB024A">
            <w:pPr>
              <w:spacing w:line="360" w:lineRule="auto"/>
            </w:pPr>
            <w:r>
              <w:t>……………………………………………………..</w:t>
            </w:r>
          </w:p>
        </w:tc>
      </w:tr>
    </w:tbl>
    <w:p w14:paraId="6A8AE9C7" w14:textId="77777777" w:rsidR="00C8683B" w:rsidRDefault="00C8683B" w:rsidP="00245905">
      <w:pPr>
        <w:spacing w:line="360" w:lineRule="auto"/>
      </w:pPr>
    </w:p>
    <w:p w14:paraId="6E3769B5" w14:textId="77777777" w:rsidR="00C8683B" w:rsidRDefault="00000000" w:rsidP="00D0098C">
      <w:pPr>
        <w:spacing w:after="0" w:line="360" w:lineRule="auto"/>
      </w:pPr>
      <w:r>
        <w:t>Dengan ini menyatakan dengan sesungguhnya bahwa:</w:t>
      </w:r>
    </w:p>
    <w:p w14:paraId="5EDF2C9A" w14:textId="77777777" w:rsidR="00C8683B" w:rsidRDefault="00000000" w:rsidP="00D0098C">
      <w:pPr>
        <w:pStyle w:val="ListNumber"/>
        <w:spacing w:after="0" w:line="360" w:lineRule="auto"/>
        <w:jc w:val="both"/>
      </w:pPr>
      <w:r>
        <w:t>Seluruh data yang kami berikan dalam pendaftaran adalah benar dan dapat dipertanggungjawabkan.</w:t>
      </w:r>
    </w:p>
    <w:p w14:paraId="32BF06B5" w14:textId="77777777" w:rsidR="00C8683B" w:rsidRDefault="00000000" w:rsidP="00D0098C">
      <w:pPr>
        <w:pStyle w:val="ListNumber"/>
        <w:spacing w:after="0" w:line="360" w:lineRule="auto"/>
        <w:jc w:val="both"/>
      </w:pPr>
      <w:r>
        <w:t>Kami adalah mahasiswa aktif jenjang D3/S1 (semester 1 sampai 7) pada perguruan tinggi sebagaimana tercantum di atas.</w:t>
      </w:r>
    </w:p>
    <w:p w14:paraId="657123C5" w14:textId="77777777" w:rsidR="00C8683B" w:rsidRDefault="00000000" w:rsidP="00D0098C">
      <w:pPr>
        <w:pStyle w:val="ListNumber"/>
        <w:spacing w:after="0" w:line="360" w:lineRule="auto"/>
        <w:jc w:val="both"/>
      </w:pPr>
      <w:r>
        <w:t>Kami bersedia mematuhi seluruh aturan, tata tertib, serta keputusan panitia dan dewan juri Lomba Debat Ilmiah Ekonomi Nasional 2026.</w:t>
      </w:r>
    </w:p>
    <w:p w14:paraId="40762A7D" w14:textId="77777777" w:rsidR="00C8683B" w:rsidRDefault="00000000" w:rsidP="00D0098C">
      <w:pPr>
        <w:pStyle w:val="ListNumber"/>
        <w:spacing w:after="0" w:line="360" w:lineRule="auto"/>
        <w:jc w:val="both"/>
      </w:pPr>
      <w:r>
        <w:t>Kami menjunjung tinggi sportivitas dan tidak akan menyampaikan argumen yang mengandung unsur SARA atau menyerang pribadi lawan.</w:t>
      </w:r>
    </w:p>
    <w:p w14:paraId="1048C2CC" w14:textId="77777777" w:rsidR="00C8683B" w:rsidRDefault="00000000" w:rsidP="00D0098C">
      <w:pPr>
        <w:pStyle w:val="ListNumber"/>
        <w:spacing w:after="0" w:line="360" w:lineRule="auto"/>
        <w:jc w:val="both"/>
      </w:pPr>
      <w:r>
        <w:t>Kami bersedia mengikuti seluruh rangkaian kegiatan sesuai jadwal yang telah ditetapkan panitia.</w:t>
      </w:r>
    </w:p>
    <w:p w14:paraId="5265C73A" w14:textId="77777777" w:rsidR="00C8683B" w:rsidRDefault="00000000" w:rsidP="00D0098C">
      <w:pPr>
        <w:pStyle w:val="ListNumber"/>
        <w:spacing w:after="0" w:line="360" w:lineRule="auto"/>
        <w:jc w:val="both"/>
      </w:pPr>
      <w:r>
        <w:lastRenderedPageBreak/>
        <w:t>Kami memberikan izin kepada panitia untuk menggunakan dokumentasi (foto/video) selama kegiatan untuk keperluan publikasi.</w:t>
      </w:r>
    </w:p>
    <w:p w14:paraId="2598E1FA" w14:textId="77777777" w:rsidR="00C8683B" w:rsidRDefault="00000000" w:rsidP="00D0098C">
      <w:pPr>
        <w:pStyle w:val="ListNumber"/>
        <w:spacing w:after="0" w:line="360" w:lineRule="auto"/>
        <w:jc w:val="both"/>
      </w:pPr>
      <w:r>
        <w:t>Apabila di kemudian hari terbukti melanggar ketentuan atau melakukan kecurangan, kami bersedia menerima sanksi hingga diskualifikasi.</w:t>
      </w:r>
    </w:p>
    <w:p w14:paraId="7521E87E" w14:textId="77777777" w:rsidR="00C8683B" w:rsidRDefault="00C8683B" w:rsidP="00D0098C">
      <w:pPr>
        <w:spacing w:after="0" w:line="360" w:lineRule="auto"/>
      </w:pPr>
    </w:p>
    <w:p w14:paraId="30E11E37" w14:textId="77777777" w:rsidR="00C8683B" w:rsidRDefault="00000000" w:rsidP="00D0098C">
      <w:pPr>
        <w:spacing w:after="0" w:line="360" w:lineRule="auto"/>
      </w:pPr>
      <w:r>
        <w:t xml:space="preserve">Demikian surat pernyataan ini kami buat dengan sebenar-benarnya tanpa paksaan dari pihak mana pun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sebagaimana</w:t>
      </w:r>
      <w:proofErr w:type="spellEnd"/>
      <w:r>
        <w:t xml:space="preserve"> </w:t>
      </w:r>
      <w:proofErr w:type="spellStart"/>
      <w:r>
        <w:t>mestinya</w:t>
      </w:r>
      <w:proofErr w:type="spellEnd"/>
      <w:r>
        <w:t>.</w:t>
      </w:r>
    </w:p>
    <w:p w14:paraId="021B3072" w14:textId="77777777" w:rsidR="00D0098C" w:rsidRDefault="00D0098C" w:rsidP="00D0098C">
      <w:pPr>
        <w:spacing w:after="0" w:line="360" w:lineRule="auto"/>
      </w:pPr>
    </w:p>
    <w:p w14:paraId="4750E1CC" w14:textId="77777777" w:rsidR="00C8683B" w:rsidRDefault="00C8683B" w:rsidP="00D0098C">
      <w:pPr>
        <w:spacing w:after="0" w:line="360" w:lineRule="auto"/>
      </w:pPr>
    </w:p>
    <w:p w14:paraId="04F32355" w14:textId="77777777" w:rsidR="00C8683B" w:rsidRDefault="00000000" w:rsidP="00245905">
      <w:pPr>
        <w:spacing w:line="360" w:lineRule="auto"/>
        <w:jc w:val="right"/>
      </w:pPr>
      <w:r>
        <w:t>……………………, ……………………… 2026</w:t>
      </w:r>
    </w:p>
    <w:p w14:paraId="7E9F2DA5" w14:textId="77777777" w:rsidR="00C8683B" w:rsidRDefault="00C8683B" w:rsidP="00245905">
      <w:pPr>
        <w:spacing w:line="360" w:lineRule="auto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03"/>
        <w:gridCol w:w="4703"/>
      </w:tblGrid>
      <w:tr w:rsidR="00C8683B" w14:paraId="6F136968" w14:textId="77777777">
        <w:tc>
          <w:tcPr>
            <w:tcW w:w="4703" w:type="dxa"/>
          </w:tcPr>
          <w:p w14:paraId="3BA714DE" w14:textId="77777777" w:rsidR="00C8683B" w:rsidRDefault="00000000" w:rsidP="00245905">
            <w:pPr>
              <w:spacing w:line="360" w:lineRule="auto"/>
              <w:jc w:val="center"/>
            </w:pPr>
            <w:r>
              <w:rPr>
                <w:b/>
              </w:rPr>
              <w:t>Pembicara I</w:t>
            </w:r>
          </w:p>
        </w:tc>
        <w:tc>
          <w:tcPr>
            <w:tcW w:w="4703" w:type="dxa"/>
          </w:tcPr>
          <w:p w14:paraId="13D86124" w14:textId="77777777" w:rsidR="00C8683B" w:rsidRDefault="00000000" w:rsidP="00245905">
            <w:pPr>
              <w:spacing w:line="360" w:lineRule="auto"/>
              <w:jc w:val="center"/>
            </w:pPr>
            <w:r>
              <w:rPr>
                <w:b/>
              </w:rPr>
              <w:t>Pembicara II</w:t>
            </w:r>
          </w:p>
        </w:tc>
      </w:tr>
      <w:tr w:rsidR="00C8683B" w14:paraId="3270BCFA" w14:textId="77777777">
        <w:tc>
          <w:tcPr>
            <w:tcW w:w="4703" w:type="dxa"/>
          </w:tcPr>
          <w:p w14:paraId="56BFB7FC" w14:textId="77777777" w:rsidR="00C8683B" w:rsidRDefault="00000000" w:rsidP="00245905">
            <w:pPr>
              <w:spacing w:line="360" w:lineRule="auto"/>
              <w:jc w:val="center"/>
            </w:pPr>
            <w:r w:rsidRPr="00D0098C">
              <w:rPr>
                <w:color w:val="A6A6A6" w:themeColor="background1" w:themeShade="A6"/>
              </w:rPr>
              <w:t>Materai</w:t>
            </w:r>
            <w:r w:rsidRPr="00D0098C">
              <w:rPr>
                <w:color w:val="A6A6A6" w:themeColor="background1" w:themeShade="A6"/>
              </w:rPr>
              <w:br/>
              <w:t>Rp10.000</w:t>
            </w:r>
            <w:r w:rsidRPr="00D0098C">
              <w:br/>
            </w:r>
            <w:r>
              <w:br/>
            </w:r>
            <w:r>
              <w:br/>
              <w:t>(…………………………)</w:t>
            </w:r>
          </w:p>
        </w:tc>
        <w:tc>
          <w:tcPr>
            <w:tcW w:w="4703" w:type="dxa"/>
          </w:tcPr>
          <w:p w14:paraId="14022C78" w14:textId="77777777" w:rsidR="00C8683B" w:rsidRDefault="00000000" w:rsidP="00245905">
            <w:pPr>
              <w:spacing w:line="360" w:lineRule="auto"/>
              <w:jc w:val="center"/>
            </w:pPr>
            <w:r>
              <w:br/>
            </w:r>
            <w:r>
              <w:br/>
            </w:r>
            <w:r>
              <w:br/>
            </w:r>
            <w:r>
              <w:br/>
              <w:t>(…………………………)</w:t>
            </w:r>
          </w:p>
        </w:tc>
      </w:tr>
    </w:tbl>
    <w:p w14:paraId="2A0EA44E" w14:textId="77777777" w:rsidR="00C8683B" w:rsidRDefault="00C8683B" w:rsidP="00245905">
      <w:pPr>
        <w:spacing w:line="360" w:lineRule="auto"/>
      </w:pPr>
    </w:p>
    <w:p w14:paraId="0EC203E1" w14:textId="77777777" w:rsidR="00C8683B" w:rsidRDefault="00000000" w:rsidP="00245905">
      <w:pPr>
        <w:spacing w:line="360" w:lineRule="auto"/>
      </w:pPr>
      <w:r>
        <w:rPr>
          <w:i/>
          <w:sz w:val="18"/>
        </w:rPr>
        <w:t>* Bubuhkan materai Rp10.000 pada tanda tangan Pembicara I, tanda tangani oleh kedua pembicara, lalu unggah hasil scan surat pernyataan ini dalam format PDF melalui formulir pendaftaran di debatekonas2026.id.</w:t>
      </w:r>
    </w:p>
    <w:sectPr w:rsidR="00C8683B" w:rsidSect="00034616">
      <w:headerReference w:type="default" r:id="rId8"/>
      <w:pgSz w:w="12240" w:h="15840"/>
      <w:pgMar w:top="907" w:right="1417" w:bottom="1020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8465F7" w14:textId="77777777" w:rsidR="00616BC6" w:rsidRDefault="00616BC6" w:rsidP="00245905">
      <w:pPr>
        <w:spacing w:after="0" w:line="240" w:lineRule="auto"/>
      </w:pPr>
      <w:r>
        <w:separator/>
      </w:r>
    </w:p>
  </w:endnote>
  <w:endnote w:type="continuationSeparator" w:id="0">
    <w:p w14:paraId="359ECD41" w14:textId="77777777" w:rsidR="00616BC6" w:rsidRDefault="00616BC6" w:rsidP="002459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2E3BCE" w14:textId="77777777" w:rsidR="00616BC6" w:rsidRDefault="00616BC6" w:rsidP="00245905">
      <w:pPr>
        <w:spacing w:after="0" w:line="240" w:lineRule="auto"/>
      </w:pPr>
      <w:r>
        <w:separator/>
      </w:r>
    </w:p>
  </w:footnote>
  <w:footnote w:type="continuationSeparator" w:id="0">
    <w:p w14:paraId="23C097AD" w14:textId="77777777" w:rsidR="00616BC6" w:rsidRDefault="00616BC6" w:rsidP="002459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811"/>
      <w:gridCol w:w="4811"/>
    </w:tblGrid>
    <w:tr w:rsidR="00245905" w14:paraId="7128D951" w14:textId="77777777" w:rsidTr="00245905">
      <w:tc>
        <w:tcPr>
          <w:tcW w:w="4811" w:type="dxa"/>
        </w:tcPr>
        <w:p w14:paraId="16B9FAF3" w14:textId="08776CAE" w:rsidR="00245905" w:rsidRDefault="00245905">
          <w:pPr>
            <w:pStyle w:val="Header"/>
          </w:pPr>
          <w:r>
            <w:rPr>
              <w:noProof/>
            </w:rPr>
            <w:drawing>
              <wp:inline distT="0" distB="0" distL="0" distR="0" wp14:anchorId="689114BE" wp14:editId="20D5AC72">
                <wp:extent cx="814228" cy="82799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-undana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4228" cy="8279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1" w:type="dxa"/>
          <w:vAlign w:val="center"/>
        </w:tcPr>
        <w:p w14:paraId="77DCEACE" w14:textId="24F832AA" w:rsidR="00245905" w:rsidRDefault="00245905" w:rsidP="00245905">
          <w:pPr>
            <w:pStyle w:val="Header"/>
            <w:jc w:val="right"/>
          </w:pPr>
          <w:r>
            <w:rPr>
              <w:noProof/>
            </w:rPr>
            <w:drawing>
              <wp:inline distT="0" distB="0" distL="0" distR="0" wp14:anchorId="60BC6D30" wp14:editId="37B5A494">
                <wp:extent cx="1872000" cy="357158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72000" cy="35715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671DB47E" w14:textId="77777777" w:rsidR="00245905" w:rsidRDefault="0024590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71088940">
    <w:abstractNumId w:val="8"/>
  </w:num>
  <w:num w:numId="2" w16cid:durableId="1881432412">
    <w:abstractNumId w:val="6"/>
  </w:num>
  <w:num w:numId="3" w16cid:durableId="1172070093">
    <w:abstractNumId w:val="5"/>
  </w:num>
  <w:num w:numId="4" w16cid:durableId="1008823222">
    <w:abstractNumId w:val="4"/>
  </w:num>
  <w:num w:numId="5" w16cid:durableId="2097243678">
    <w:abstractNumId w:val="7"/>
  </w:num>
  <w:num w:numId="6" w16cid:durableId="1944412575">
    <w:abstractNumId w:val="3"/>
  </w:num>
  <w:num w:numId="7" w16cid:durableId="639311273">
    <w:abstractNumId w:val="2"/>
  </w:num>
  <w:num w:numId="8" w16cid:durableId="1612392948">
    <w:abstractNumId w:val="1"/>
  </w:num>
  <w:num w:numId="9" w16cid:durableId="3085563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45905"/>
    <w:rsid w:val="0029639D"/>
    <w:rsid w:val="00326F90"/>
    <w:rsid w:val="00616BC6"/>
    <w:rsid w:val="007F67C0"/>
    <w:rsid w:val="00AA1D8D"/>
    <w:rsid w:val="00B47730"/>
    <w:rsid w:val="00C8683B"/>
    <w:rsid w:val="00CB0664"/>
    <w:rsid w:val="00D0098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7C7B0F"/>
  <w14:defaultImageDpi w14:val="300"/>
  <w15:docId w15:val="{9716AFFF-40FF-D441-9EE4-E4BFAC15F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ardy bolang</cp:lastModifiedBy>
  <cp:revision>2</cp:revision>
  <dcterms:created xsi:type="dcterms:W3CDTF">2013-12-23T23:15:00Z</dcterms:created>
  <dcterms:modified xsi:type="dcterms:W3CDTF">2026-09-16T16:46:00Z</dcterms:modified>
  <cp:category/>
</cp:coreProperties>
</file>